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11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Advance college-ready analysis through function modeling, American literature, physics, and U.S. history.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High School (9-12)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5-6 hours of academics, plus elective, test prep, or dual enrollment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Algebra II, English 3, Physics, U.S. History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3EEFB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6F46C8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Function families and modeling / Quadratics and complex numbers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American voices and foundational rhetoric / Romanticism and transcendentalism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Measurement, vectors, and motion / Forces and Newton laws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Indigenous America, colonization, and context / Revolution, Constitution, and early republic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Function families and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American voices and foundational rhetoric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Measurement, vectors, and motion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Indigenous America, colonization, and context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Function Modeling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Function families and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American voices and foundational rhetoric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Measurement, vectors, and motion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Indigenous America, colonization, and context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Function Modeling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Function families and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American voices and foundational rhetoric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Measurement, vectors, and motion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Indigenous America, colonization, and context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Function Modeling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Function families and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American voices and foundational rhetoric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Measurement, vectors, and motion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Indigenous America, colonization, and context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Function Modeling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Quadratics and complex numbers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Romanticism and transcendentalism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Forces and Newton laws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Revolution, Constitution, and early republic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Founding Rhetoric Analysis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Quadratics and complex numbers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Romanticism and transcendentalism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Forces and Newton laws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Revolution, Constitution, and early republic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Founding Rhetoric Analysis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Quadratics and complex numbers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Romanticism and transcendentalism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Forces and Newton laws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Revolution, Constitution, and early republic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Founding Rhetoric Analysis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Quadratics and complex numbers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Romanticism and transcendentalism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Forces and Newton laws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Revolution, Constitution, and early republic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Founding Rhetoric Analysis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Polynomial functions and equations / Rational and radical functions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Realism, regionalism, and social critique / Harlem Renaissance and modern voices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Work, energy, and power / Momentum and collisions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Expansion, reform, and sectional conflict / Civil War and Reconstruction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Polynomial functions and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Realism, regionalism, and social critique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Work, energy, and power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Expansion, reform, and sectional conflict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Motion and Forces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Polynomial functions and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Realism, regionalism, and social critique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Work, energy, and power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Expansion, reform, and sectional conflict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Motion and Forces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Polynomial functions and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Realism, regionalism, and social critique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Work, energy, and power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Expansion, reform, and sectional conflict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Motion and Forces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Polynomial functions and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Realism, regionalism, and social critique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Work, energy, and power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Expansion, reform, and sectional conflict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Motion and Forces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Rational and radical functions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Harlem Renaissance and modern voices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Momentum and collisions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Civil War and Reconstruction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Primary-Source History Inquiry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Rational and radical functions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Harlem Renaissance and modern voices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Momentum and collisions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Civil War and Reconstruction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Primary-Source History Inquiry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Rational and radical functions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Harlem Renaissance and modern voices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Momentum and collisions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Civil War and Reconstruction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Primary-Source History Inquiry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Rational and radical functions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Harlem Renaissance and modern voices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Momentum and collisions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Civil War and Reconstruction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Primary-Source History Inquiry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Exponential and logarithmic functions / Sequences, series, and recursive models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Modernism, war, and shifting perspectives / Contemporary literature and media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Waves, sound, and light / Electricity and circuits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Industry, immigration, and Progressive reform / World wars, Depression, and U.S. power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Exponential and logarithmic functions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Modernism, war, and shifting perspectives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Waves, sound, and light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Industry, immigration, and Progressive reform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American Literature Podcast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Exponential and logarithmic functions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Modernism, war, and shifting perspectives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Waves, sound, and light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Industry, immigration, and Progressive reform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American Literature Podcast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Exponential and logarithmic functions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Modernism, war, and shifting perspectives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Waves, sound, and light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Industry, immigration, and Progressive reform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American Literature Podcast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Exponential and logarithmic functions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Modernism, war, and shifting perspectives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Waves, sound, and light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Industry, immigration, and Progressive reform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American Literature Podcast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Sequences, series, and recursive models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Contemporary literature and media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Electricity and circuits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World wars, Depression, and U.S. power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Electricity Engineering Build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Sequences, series, and recursive models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Contemporary literature and media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Electricity and circuits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World wars, Depression, and U.S. power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Electricity Engineering Build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Sequences, series, and recursive models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Contemporary literature and media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Electricity and circuits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World wars, Depression, and U.S. power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Electricity Engineering Build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Sequences, series, and recursive models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Contemporary literature and media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Electricity and circuits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World wars, Depression, and U.S. power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Electricity Engineering Build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Trigonometric functions and identities / Statistics, probability, and Algebra II synthesis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Argument, research, and synthesis / Extended literature study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Magnetism and modern physics / Engineering design and physics capstone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Cold War, civil rights, and social change / Contemporary U.S., civics, and inquiry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Trigonometric functions and identities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Argument, research, and synthesis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Magnetism and modern physics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Cold War, civil rights, and social 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Policy Research Paper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Trigonometric functions and identities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Argument, research, and synthesis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Magnetism and modern physics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Cold War, civil rights, and social 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Policy Research Paper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Trigonometric functions and identities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Argument, research, and synthesis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Magnetism and modern physics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Cold War, civil rights, and social 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Policy Research Paper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Trigonometric functions and identities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Argument, research, and synthesis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Magnetism and modern physics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Cold War, civil rights, and social 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Policy Research Paper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Statistics, probability, and Algebra II synthesis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Extended literature study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Engineering design and physics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Contemporary U.S., civics, and inquiry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11 College-Readiness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Statistics, probability, and Algebra II synthesis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Extended literature study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Engineering design and physics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Contemporary U.S., civics, and inquiry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11 College-Readiness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Statistics, probability, and Algebra II synthesis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Extended literature study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Engineering design and physics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Contemporary U.S., civics, and inquiry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11 College-Readiness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Statistics, probability, and Algebra II synthesis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Extended literature study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Engineering design and physics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Contemporary U.S., civics, and inquiry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11 College-Readiness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3EEFB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6F46C8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6F46C8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6F46C8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6F46C8"/>
              <w:sz w:val="17"/>
            </w:rPr>
            <w:t>GRADE 11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11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