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8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Prepare for high school with linear models, complex texts, physical science, and civic foundations.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FF7FF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0868C9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Middle School (6-8)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4.5-5.5 hours of academics, with sustained independent projects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Math 8, ELA 8, Physical/Life Science, U.S. History to Reconstruction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0868C9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Real numbers and exponent rules / Linear equations and inequalities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Evidence, annotation, and complex texts / Theme, symbolism, and literary analysis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Atomic structure and chemical interactions / Forces, motion, and Newtonian systems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Indigenous societies and colonial America / Revolution and founding principles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Real numbers and exponent rules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Evidence, annotation, and complex texts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Atomic structure and chemical interactions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Indigenous societies and colonial America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Linear Model From Real Data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Real numbers and exponent rules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Evidence, annotation, and complex texts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Atomic structure and chemical interactions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Indigenous societies and colonial America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Linear Model From Real Data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Real numbers and exponent rules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Evidence, annotation, and complex texts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Atomic structure and chemical interactions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Indigenous societies and colonial America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Linear Model From Real Data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Real numbers and exponent rules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Evidence, annotation, and complex texts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Atomic structure and chemical interactions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Indigenous societies and colonial America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Linear Model From Real Data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Linear equations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Theme, symbolism, and literary analysis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Forces, motion, and Newtonian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Revolution and founding principles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Founding Documents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Linear equations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Theme, symbolism, and literary analysis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Forces, motion, and Newtonian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Revolution and founding principles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Founding Documents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Linear equations and inequalities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Theme, symbolism, and literary analysis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Forces, motion, and Newtonian systems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Revolution and founding principles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Founding Documents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Linear equations and inequalities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Theme, symbolism, and literary analysis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Forces, motion, and Newtonian systems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Revolution and founding principles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Founding Documents Seminar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Functions and representations / Systems of linear equations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Informational text, rhetoric, and argument / Comparing sources, claims, and viewpoints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Energy, waves, sound, and light / Electricity, magnetism, and technology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Constitution, federalism, and structure / Early republic, growth, and reform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Functions and representations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text, rhetoric, and argument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Energy, waves, sound, and light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Constitution, federalism, and structure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Forces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Functions and representations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text, rhetoric, and argument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Energy, waves, sound, and light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Constitution, federalism, and structure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Forces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Functions and representations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text, rhetoric, and argument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Energy, waves, sound, and light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Constitution, federalism, and structure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Forces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Functions and representations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text, rhetoric, and argument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Energy, waves, sound, and light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Constitution, federalism, and structure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Forces Engineering Build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Systems of linear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Comparing sources, claims, and viewpoints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Electricity, magnetism, and technology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Early republic, growth, and reform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Constitutional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Systems of linear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Comparing sources, claims, and viewpoints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Electricity, magnetism, and technology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Early republic, growth, and reform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Constitutional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Systems of linear equations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Comparing sources, claims, and viewpoints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Electricity, magnetism, and technology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Early republic, growth, and reform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Constitutional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Systems of linear equations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Comparing sources, claims, and viewpoints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Electricity, magnetism, and technology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Early republic, growth, and reform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Constitutional Case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Transformations, congruence, and similarity / Pythagorean theorem and coordinates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writing with deliberate structure / Argument writing with counterclaims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Genetics, natural selection, and evolution / Earth systems and geologic change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Expansion, sovereignty, and sectional change / Civil War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Transformations, congruence, and similarity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 with deliberate structure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Genetics, natural selection, and evolution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Expansion, sovereignty, and sectional 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Genetics Evidence Explanation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Transformations, congruence, and similarity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 with deliberate structure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Genetics, natural selection, and evolution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Expansion, sovereignty, and sectional 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Genetics Evidence Explanation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Transformations, congruence, and similarity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 with deliberate structure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Genetics, natural selection, and evolution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Expansion, sovereignty, and sectional 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Genetics Evidence Explanation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Transformations, congruence, and similarity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 with deliberate structure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Genetics, natural selection, and evolution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Expansion, sovereignty, and sectional 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Genetics Evidence Explanation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Pythagorean theorem and coordinates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Argument writing with counterclaims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Earth systems and geologic change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Civil War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Civil War Source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Pythagorean theorem and coordinates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Argument writing with counterclaims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Earth systems and geologic change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Civil War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Civil War Source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Pythagorean theorem and coordinates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Argument writing with counterclaims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Earth systems and geologic change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Civil War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Civil War Source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Pythagorean theorem and coordinates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Argument writing with counterclaims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Earth systems and geologic change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Civil War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Civil War Source Portfolio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Bivariate data and lines of best fit / Volume, modeling, and Algebra I readiness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Research, synthesis, and multimedia / Grammar, presentation, revision,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Space systems and scale / Human impacts, sustainability, and design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Reconstruction and constitutional change / Historical inquiry and civic participation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0868C9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Bivariate data and lines of best fit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Research, synthesis, and multimedia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Space systems and scale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Reconstruction and constitutional 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Sustainable Community Proposal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Bivariate data and lines of best fit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Research, synthesis, and multimedia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Space systems and scale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Reconstruction and constitutional 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Sustainable Community Proposal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Bivariate data and lines of best fit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Research, synthesis, and multimedia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Space systems and scale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Reconstruction and constitutional 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Sustainable Community Proposal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Bivariate data and lines of best fit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Research, synthesis, and multimedia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Space systems and scale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Reconstruction and constitutional 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Sustainable Community Proposal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Volume, modeling, and Algebra I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presentation,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Human impacts, sustainability, and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Historical inquiry and civic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8 Capstone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Volume, modeling, and Algebra I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presentation,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Human impacts, sustainability, and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Historical inquiry and civic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8 Capstone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Volume, modeling, and Algebra I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presentation, revision,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Human impacts, sustainability, and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Historical inquiry and civic participation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8 Capstone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Volume, modeling, and Algebra I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presentation, revision,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Human impacts, sustainability, and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Historical inquiry and civic participation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8 Capstone Presentation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FF7FF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0868C9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0868C9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0868C9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FF7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FF7FF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0868C9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0868C9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0868C9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0868C9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0868C9"/>
              <w:sz w:val="17"/>
            </w:rPr>
            <w:t>GRADE 8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8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