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6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Transition to middle school through structured independence, ratios, evidence, labs, and ancient history.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Middle School (6-8)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4-5 hours of academics, with increasing independent work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Math 6, ELA 6, Integrated Science, Ancient World Studies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Ratios, rates, and unit rates / Fraction and decimal operations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Text evidence and academic vocabulary / Plot, theme, character, and point of view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Inquiry, measurement, and data / Cells and living systems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Geographic inquiry and early humans / Mesopotamia and river civilizations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Ratios, rates, and unit rates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Text evidence and academic vocabulary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Inquiry, measurement,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Geographic inquiry and early humans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Ratio Recipe or Scale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Ratios, rates, and unit rates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Text evidence and academic vocabulary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Inquiry, measurement,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Geographic inquiry and early humans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Ratio Recipe or Scale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Ratios, rates, and unit rates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Text evidence and academic vocabulary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Inquiry, measurement,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Geographic inquiry and early humans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Ratio Recipe or Scale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Ratios, rates, and unit rates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Text evidence and academic vocabulary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Inquiry, measurement,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Geographic inquiry and early humans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Ratio Recipe or Scale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Fraction and decimal operations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Plot, theme, character, and point of view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Cells and living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Mesopotamia and river civilizations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Cell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Fraction and decimal operations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Plot, theme, character, and point of view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Cells and living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Mesopotamia and river civilizations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Cell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Fraction and decimal operations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Plot, theme, character, and point of view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Cells and living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Mesopotamia and river civilizations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Cell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Fraction and decimal operations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Plot, theme, character, and point of view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Cells and living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Mesopotamia and river civilizations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Cell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Integers and rational numbers / Expressions and properties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Informational structures and central ideas / Arguments, claims, reasons, and evidence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Matter, particles, and chemistry foundations / Energy transfer and thermal systems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Ancient Egypt and Kush / Ancient India and South Asia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Integers and rational numbers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structures and central ideas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Matter, particles, and chemistry foundations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Ancient Egypt and Kush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Ancient Civilization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Integers and rational numbers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structures and central ideas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Matter, particles, and chemistry foundations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Ancient Egypt and Kush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Ancient Civilization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Integers and rational numbers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structures and central ideas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Matter, particles, and chemistry foundations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Ancient Egypt and Kush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Ancient Civilization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Integers and rational numbers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structures and central ideas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Matter, particles, and chemistry foundations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Ancient Egypt and Kush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Ancient Civilization Museum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Expressions and properties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Arguments, claims, reasons,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Energy transfer and thermal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Ancient India and South Asia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Data and Evidence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Expressions and properties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Arguments, claims, reasons,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Energy transfer and thermal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Ancient India and South Asia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Data and Evidence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Expressions and properties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Arguments, claims, reasons,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Energy transfer and thermal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Ancient India and South Asia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Data and Evidence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Expressions and properties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Arguments, claims, reasons,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Energy transfer and thermal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Ancient India and South Asia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Data and Evidence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Equations and inequalities / Area, surface area, and volume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craft and description / Explanatory writing and source integration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Forces, motion, and simple machines / Earth systems, rocks, and plates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Ancient China and East Asia / Ancient Greece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Equations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craft and description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Forces, motion, and simple machines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Ancient China and East Asia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Simple Machine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Equations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craft and description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Forces, motion, and simple machines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Ancient China and East Asia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Simple Machine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Equations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craft and description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Forces, motion, and simple machines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Ancient China and East Asia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Simple Machine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Equations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craft and description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Forces, motion, and simple machines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Ancient China and East Asia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Simple Machine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Area, surface area, and volume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Explanatory writing and source integration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Earth systems, rocks, and plates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Ancient Greece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Comparative Myth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Area, surface area, and volume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Explanatory writing and source integration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Earth systems, rocks, and plates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Ancient Greece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Comparative Myth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Area, surface area, and volume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Explanatory writing and source integration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Earth systems, rocks, and plates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Ancient Greece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Comparative Myth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Area, surface area, and volume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Explanatory writing and source integration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Earth systems, rocks, and plates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Ancient Greece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Comparative Myth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Statistics and data displays / Coordinate plane, percent, and modeling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Research, media literacy, and presentation / Grammar, revision, discussion,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Weather, climate, and water cycling / Ecosystems, human impacts, and design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Ancient Rome and the Mediterranean / Belief systems and global connections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Statistics and data displays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Research, media literacy, and presentation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Weather, climate, and water cycling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Ancient Rome and the Mediterranean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Climate and Settlement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Statistics and data displays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Research, media literacy, and presentation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Weather, climate, and water cycling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Ancient Rome and the Mediterranean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Climate and Settlement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Statistics and data displays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Research, media literacy, and presentation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Weather, climate, and water cycling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Ancient Rome and the Mediterranean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Climate and Settlement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Statistics and data displays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Research, media literacy, and presentation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Weather, climate, and water cycling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Ancient Rome and the Mediterranean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Climate and Settlement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Coordinate plane, percent,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revision, discussion,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Ecosystems, human impacts, and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Belief systems and global connections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6 Interdisciplinary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Coordinate plane, percent,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revision, discussion,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Ecosystems, human impacts, and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Belief systems and global connections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6 Interdisciplinary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Coordinate plane, percent, and modeling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revision, discussion,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Ecosystems, human impacts, and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Belief systems and global connections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6 Interdisciplinary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Coordinate plane, percent, and modeling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revision, discussion,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Ecosystems, human impacts, and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Belief systems and global connections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6 Interdisciplinary Exhibition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0868C9"/>
              <w:sz w:val="17"/>
            </w:rPr>
            <w:t>GRADE 6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6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