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4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Deepen multi-digit computation, fractions, evidence-based writing, and historical inquiry.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Elementary School (K-5)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3-4 hours of focused academics, plus reading, movement, and projects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Grade 4 Math, ELA, Science, U.S./State Studies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Place value, rounding, and addition/subtraction / Multi-digit multiplication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Reading stamina, vocabulary, and evidence / Theme, character, setting, and viewpoint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Energy forms and transfer / Waves, sound, light, and communication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U.S. regions and geographic thinking / State and local history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Place value, rounding, and addition/subtraction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Reading stamina, vocabulary,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Energy forms and transfer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U.S. regions and geographic thinking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Regional Geography Field Guide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Place value, rounding, and addition/subtraction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Reading stamina, vocabulary,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Energy forms and transfer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U.S. regions and geographic thinking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Regional Geography Field Guide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Place value, rounding, and addition/subtraction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Reading stamina, vocabulary,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Energy forms and transfer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U.S. regions and geographic thinking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Regional Geography Field Guide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Place value, rounding, and addition/subtraction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Reading stamina, vocabulary,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Energy forms and transfer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U.S. regions and geographic thinking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Regional Geography Field Guide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Multi-digit multiplication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Theme, character, setting, and viewpoint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Waves, sound, light, and communication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State and local history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Energy Transfer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Multi-digit multiplication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Theme, character, setting, and viewpoint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Waves, sound, light, and communication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State and local history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Energy Transfer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Multi-digit multiplication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Theme, character, setting, and viewpoint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Waves, sound, light, and communication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State and local history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Energy Transfer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Multi-digit multiplication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Theme, character, setting, and viewpoint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Waves, sound, light, and communication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State and local history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Energy Transfer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Division with remainders and problems / Factors, multiples, and number patterns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Informational structures and main ideas / Comparing accounts and integrating information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Plant and animal structures and functions / Senses, information, and behavior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Indigenous histories and continuity / Exploration, colonization, and exchange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Division with remainders and problems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Informational structures and main ideas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Plant and animal structures and functions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Indigenous histories and continuity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State History Museum Exhibit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Division with remainders and problems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Informational structures and main ideas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Plant and animal structures and functions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Indigenous histories and continuity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State History Museum Exhibit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Division with remainders and problems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Informational structures and main ideas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Plant and animal structures and functions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Indigenous histories and continuity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State History Museum Exhibit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Division with remainders and problems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Informational structures and main ideas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Plant and animal structures and functions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Indigenous histories and continuity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State History Museum Exhibit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Factors, multiples, and number patterns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Comparing accounts and integrating information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Senses, information, and behavior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Exploration, colonization, and exchange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Fraction Restaurant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Factors, multiples, and number patterns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Comparing accounts and integrating information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Senses, information, and behavior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Exploration, colonization, and exchange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Fraction Restaurant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Factors, multiples, and number patterns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Comparing accounts and integrating information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Senses, information, and behavior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Exploration, colonization, and exchange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Fraction Restaurant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Factors, multiples, and number patterns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Comparing accounts and integrating information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Senses, information, and behavior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Exploration, colonization, and exchange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Fraction Restaurant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Fraction equivalence and comparison / Fraction operations and decimals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Narrative writing, description, and pacing / Opinion writing with organized evidence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Weathering, erosion, and landform change / Earth resources and human impacts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The American Revolution / Constitution and early government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Fraction equivalence and comparison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Narrative writing, description, and pacing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Weathering, erosion, and landform change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The American Revolution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Erosion Prevention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Fraction equivalence and comparison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Narrative writing, description, and pacing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Weathering, erosion, and landform change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The American Revolution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Erosion Prevention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Fraction equivalence and comparison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Narrative writing, description, and pacing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Weathering, erosion, and landform change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The American Revolution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Erosion Prevention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Fraction equivalence and comparison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Narrative writing, description, and pacing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Weathering, erosion, and landform change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The American Revolution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Erosion Prevention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Fraction operations and decimals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Opinion writing with organized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Earth resources and human impacts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Constitution and early government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Revolutionary Perspectives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Fraction operations and decimals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Opinion writing with organized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Earth resources and human impacts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Constitution and early government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Revolutionary Perspectives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Fraction operations and decimals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Opinion writing with organized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Earth resources and human impacts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Constitution and early government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Revolutionary Perspectives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Fraction operations and decimals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Opinion writing with organized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Earth resources and human impacts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Constitution and early government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Revolutionary Perspectives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Conversions, angles, area, and perimeter / Geometry, data, and Grade 5 readiness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Informative writing and research / Grammar, presentation, revision,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Patterns in rocks, fossils, and maps / Engineering with energy or information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Trade, economics, and interdependence / Historical inquiry and civic participation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Conversions, angles, area, and perimeter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Informative writing and research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Patterns in rocks, fossils, and maps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Trade, economics, and interdependence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Convention Simulation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Conversions, angles, area, and perimeter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Informative writing and research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Patterns in rocks, fossils, and maps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Trade, economics, and interdependence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Convention Simulation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Conversions, angles, area, and perimeter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Informative writing and research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Patterns in rocks, fossils, and maps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Trade, economics, and interdependence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Convention Simulation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Conversions, angles, area, and perimeter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Informative writing and research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Patterns in rocks, fossils, and maps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Trade, economics, and interdependence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Convention Simulation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Geometry, data, and Grade 5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Grammar, presentation, revision,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Engineering with energy or information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Historical inquiry and civic participation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4 Research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Geometry, data, and Grade 5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Grammar, presentation, revision,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Engineering with energy or information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Historical inquiry and civic participation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4 Research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Geometry, data, and Grade 5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Grammar, presentation, revision,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Engineering with energy or information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Historical inquiry and civic participation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4 Research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Geometry, data, and Grade 5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Grammar, presentation, revision,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Engineering with energy or information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Historical inquiry and civic participation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4 Research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45A735"/>
              <w:sz w:val="17"/>
            </w:rPr>
            <w:t>GRADE 4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4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