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2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Develop fluent reading, stronger writing, place value, measurement, and inquiry skills.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Elementary School (K-5)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2-2.5 hours of focused academics, plus independent reading and movement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Grade 2 Math, ELA, Science, and Community Studies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Place value to 1,000 / Add and subtract within 100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Vowel teams and r-controlled vowels / Multisyllable words, prefixes, and suffixes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Properties and states of matter / Reversible and irreversible changes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Community geography and regional features / Local government and public services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Place value to 1,000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Vowel teams and r-controlled vowels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Properties and states of matter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Community geography and regional features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Place-Value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Place value to 1,000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Vowel teams and r-controlled vowels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Properties and states of matter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Community geography and regional features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Place-Value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Place value to 1,000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Vowel teams and r-controlled vowels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Properties and states of matter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Community geography and regional features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Place-Value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Place value to 1,000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Vowel teams and r-controlled vowels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Properties and states of matter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Community geography and regional features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Place-Value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Add and subtract within 100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Multisyllable words, prefixes, and suffixes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Reversible and irreversible changes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Local government and public services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Word-Pattern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Add and subtract within 100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Multisyllable words, prefixes, and suffixes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Reversible and irreversible changes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Local government and public services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Word-Pattern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Add and subtract within 100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Multisyllable words, prefixes, and suffixes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Reversible and irreversible changes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Local government and public services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Word-Pattern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Add and subtract within 100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Multisyllable words, prefixes, and suffixes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Reversible and irreversible changes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Local government and public services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Word-Pattern Field Guide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Add and subtract within 1,000 / Measurement and estimation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Fluency, expression, and vocabulary / Story structure, point of view, and lessons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Landforms, water, and Earth processes / Plants, pollination, and seed dispersal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Rights, responsibilities, and participation / Work, trade, money, and choices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Add and subtract within 1,000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Fluency, expression, and vocabulary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Landforms, water, and Earth processes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Rights, responsibilities, and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Materials Classification Test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Add and subtract within 1,000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Fluency, expression, and vocabulary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Landforms, water, and Earth processes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Rights, responsibilities, and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Materials Classification Test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Add and subtract within 1,000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Fluency, expression, and vocabulary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Landforms, water, and Earth processes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Rights, responsibilities, and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Materials Classification Test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Add and subtract within 1,000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Fluency, expression, and vocabulary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Landforms, water, and Earth processes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Rights, responsibilities, and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Materials Classification Test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Measurement and estimation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Story structure, point of view, and lessons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Plants, pollination, and seed dispersal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Work, trade, money, and choices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Neighborhood Route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Measurement and estimation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Story structure, point of view, and lessons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Plants, pollination, and seed dispersal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Work, trade, money, and choices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Neighborhood Route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Measurement and estimation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Story structure, point of view, and lessons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Plants, pollination, and seed dispersal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Work, trade, money, and choices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Neighborhood Route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Measurement and estimation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Story structure, point of view, and lessons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Plants, pollination, and seed dispersal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Work, trade, money, and choices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Neighborhood Route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Time, money, and word problems / Arrays and foundations of multiplication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Informational text, main idea, and features / Narrative writing with sequence and detail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Animals, habitats, and biodiversity / Weather patterns and safety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Cultures and communities around the world / Historical figures and primary sources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Time, money, and word problems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text, main idea, and features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Animals, habitats, and biodiversity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Cultures and communities around the world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Mini Market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Time, money, and word problems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text, main idea, and features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Animals, habitats, and biodiversity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Cultures and communities around the world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Mini Market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Time, money, and word problems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text, main idea, and features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Animals, habitats, and biodiversity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Cultures and communities around the world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Mini Market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Time, money, and word problems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text, main idea, and features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Animals, habitats, and biodiversity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Cultures and communities around the world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Mini Market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Arrays and foundations of multiplication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writing with sequence and detail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Weather patterns and safety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Historical figures and primary sources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Plant Growth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Arrays and foundations of multiplication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writing with sequence and detail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Weather patterns and safety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Historical figures and primary sources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Plant Growth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Arrays and foundations of multiplication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writing with sequence and detail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Weather patterns and safety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Historical figures and primary sources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Plant Growth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Arrays and foundations of multiplication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writing with sequence and detail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Weather patterns and safety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Historical figures and primary sources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Plant Growth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Shapes, fractions of shapes, and geometry / Data, fluency, and Grade 3 readiness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Opinion and explanatory writing / Grammar, research, presentation,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Earth events and changing surfaces / Engineering with materials and constraints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How communities change over time / Inquiry: improve a community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Shapes, fractions of shapes, and geometry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Opinion and explanatory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Earth events and changing surfaces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How communities change over time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Community History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Shapes, fractions of shapes, and geometry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Opinion and explanatory writing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Earth events and changing surfaces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How communities change over time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Community History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Shapes, fractions of shapes, and geometry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Opinion and explanatory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Earth events and changing surfaces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How communities change over time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Community History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Shapes, fractions of shapes, and geometry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Opinion and explanatory writing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Earth events and changing surfaces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How communities change over time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Community History Exhibit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Data, fluency, and Grade 3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research, presentation,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Engineering with materials and constraints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Inquiry: improve a community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2 Portfolio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Data, fluency, and Grade 3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research, presentation,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Engineering with materials and constraints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Inquiry: improve a community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2 Portfolio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Data, fluency, and Grade 3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research, presentation,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Engineering with materials and constraints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Inquiry: improve a community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2 Portfolio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Data, fluency, and Grade 3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research, presentation,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Engineering with materials and constraints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Inquiry: improve a community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2 Portfolio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45A735"/>
              <w:sz w:val="17"/>
            </w:rPr>
            <w:t>GRADE 2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2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