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1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Strengthen phonics, reading confidence, addition and subtraction, and community awareness.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Elementary School (K-5)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90-120 minutes of focused academics, plus daily reading and play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Grade 1 Math, ELA, Science, and Community Studies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Place value and counting to 120 / Addition and subtraction within 20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Phonemic awareness and short-vowel words / Consonant blends, digraphs, and spelling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Light, shadows, and communication / Sound and vibration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Families and communities / Rules, laws, and citizenship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Place value and counting to 120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Phonemic awareness and short-vowel words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Light, shadows, and communication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Families and communities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Home Collection Number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Place value and counting to 120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Phonemic awareness and short-vowel words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Light, shadows, and communication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Families and communities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Home Collection Number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Place value and counting to 120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Phonemic awareness and short-vowel words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Light, shadows, and communication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Families and communities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Home Collection Number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Place value and counting to 120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Phonemic awareness and short-vowel words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Light, shadows, and communication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Families and communities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Home Collection Number Study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Addition and subtraction within 20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Consonant blends, digraphs, and spelling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Sound and vibration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Rules, laws, and citizenship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Phonics Mini-Book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Addition and subtraction within 20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Consonant blends, digraphs, and spelling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Sound and vibration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Rules, laws, and citizenship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Phonics Mini-Book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Addition and subtraction within 20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Consonant blends, digraphs, and spelling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Sound and vibration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Rules, laws, and citizenship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Phonics Mini-Book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Addition and subtraction within 20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Consonant blends, digraphs, and spelling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Sound and vibration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Rules, laws, and citizenship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Phonics Mini-Book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Fact strategies and word problems / Length, time, and data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Long vowels and common vowel teams / Fluency, phrasing, and high-frequency words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Plant and animal structures / Parents, offspring, and inherited traits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Leaders and decision making / Maps, directions, land, and water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Fact strategies and word problems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Long vowels and common vowel teams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Plant and animal structures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Leaders and decision making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Shadow or Sound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Fact strategies and word problems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Long vowels and common vowel teams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Plant and animal structures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Leaders and decision making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Shadow or Sound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Fact strategies and word problems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Long vowels and common vowel teams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Plant and animal structures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Leaders and decision making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Shadow or Sound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Fact strategies and word problems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Long vowels and common vowel teams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Plant and animal structures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Leaders and decision making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Shadow or Sound Investigation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Length, time, and data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Fluency, phrasing, and high-frequency words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Parents, offspring, and inherited traits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Maps, directions, land, and water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Community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Length, time, and data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Fluency, phrasing, and high-frequency words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Parents, offspring, and inherited traits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Maps, directions, land, and water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Community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Length, time, and data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Fluency, phrasing, and high-frequency words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Parents, offspring, and inherited traits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Maps, directions, land, and water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Community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Length, time, and data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Fluency, phrasing, and high-frequency words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Parents, offspring, and inherited traits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Maps, directions, land, and water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Community Map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Tens, ones, and place-value reasoning / Two- and three-dimensional shapes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Story elements, characters, and sequence / Informational text and text features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Patterns in the sky / Seasonal daylight and weather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Goods, services, producers, and consumers / Then and now: change over time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Tens, ones, and place-value reasoning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Story elements, characters, and sequence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Patterns in the sky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Goods, services, producers, and consumers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Classroom Store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Tens, ones, and place-value reasoning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Story elements, characters, and sequence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Patterns in the sky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Goods, services, producers, and consumers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Classroom Store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Tens, ones, and place-value reasoning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Story elements, characters, and sequence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Patterns in the sky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Goods, services, producers, and consumers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Classroom Store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Tens, ones, and place-value reasoning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Story elements, characters, and sequence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Patterns in the sky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Goods, services, producers, and consumers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Classroom Store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Two- and three-dimensional shapes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Informational text and text features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Seasonal daylight and weather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Then and now: change over time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Interview About the Past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Two- and three-dimensional shapes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Informational text and text features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Seasonal daylight and weather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Then and now: change over time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Interview About the Past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Two- and three-dimensional shapes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Informational text and text features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Seasonal daylight and weather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Then and now: change over time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Interview About the Past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Two- and three-dimensional shapes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Informational text and text features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Seasonal daylight and weather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Then and now: change over time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Interview About the Past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Money, comparison, and problem solving / Fluency, mixed review, and Grade 2 readiness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Narrative, opinion, and informative sentences / Grammar, revision, speaking,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Materials and their properties / Engineering a helpful solution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Cultures, traditions, and celebrations / Community problem solving and civic action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Money, comparison, and problem solving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Narrative, opinion, and informative sentences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Materials and their properties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Cultures, traditions, and celebrations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Helpful Tool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Money, comparison, and problem solving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Narrative, opinion, and informative sentences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Materials and their properties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Cultures, traditions, and celebrations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Helpful Tool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Money, comparison, and problem solving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Narrative, opinion, and informative sentences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Materials and their properties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Cultures, traditions, and celebrations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Helpful Tool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Money, comparison, and problem solving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Narrative, opinion, and informative sentences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Materials and their properties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Cultures, traditions, and celebrations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Helpful Tool Design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Fluency, mixed review, and Grade 2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Grammar, revision, speaking,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Engineering a helpful solution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Community problem solving and civic action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Grade 1 Learning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Fluency, mixed review, and Grade 2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Grammar, revision, speaking,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Engineering a helpful solution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Community problem solving and civic action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Grade 1 Learning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Fluency, mixed review, and Grade 2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Grammar, revision, speaking,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Engineering a helpful solution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Community problem solving and civic action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Grade 1 Learning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Fluency, mixed review, and Grade 2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Grammar, revision, speaking,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Engineering a helpful solution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Community problem solving and civic action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Grade 1 Learning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45A735"/>
              <w:sz w:val="17"/>
            </w:rPr>
            <w:t>GRADE 1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